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anumSquare" w:hAnsi="NanumSquare" w:eastAsia="NanumSquare"/>
          <w:b/>
          <w:color w:val="1F4E79"/>
          <w:sz w:val="56"/>
        </w:rPr>
        <w:t>K-ArtSell Aegis</w:t>
      </w:r>
    </w:p>
    <w:p>
      <w:pPr>
        <w:jc w:val="center"/>
      </w:pPr>
      <w:r>
        <w:rPr>
          <w:rFonts w:ascii="NanumSquare" w:hAnsi="NanumSquare" w:eastAsia="NanumSquare"/>
          <w:b/>
          <w:sz w:val="40"/>
        </w:rPr>
        <w:t>실행완결성 · 표준 UI · 지속 모델 운영</w:t>
        <w:br/>
        <w:t>통합 고도화 제안서 v15.0</w:t>
      </w:r>
    </w:p>
    <w:p>
      <w:pPr>
        <w:jc w:val="center"/>
      </w:pPr>
      <w:r>
        <w:rPr>
          <w:rFonts w:ascii="NanumSquare" w:hAnsi="NanumSquare" w:eastAsia="NanumSquare"/>
          <w:sz w:val="21"/>
        </w:rPr>
        <w:t>.NET 10 / ASP.NET Core 10 · Modular Monolith · Vertical Slice · FastEndpoints</w:t>
        <w:br/>
        <w:t>PostgreSQL/Npgsql/Dapper/DbUp · Hangfire · Vue 3/Vite 8/pnpm · PrimeVue/AG Grid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D9EAD3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문서 상태</w:t>
              <w:br/>
            </w:r>
            <w:r>
              <w:rPr>
                <w:rFonts w:ascii="NanumSquare" w:hAnsi="NanumSquare" w:eastAsia="NanumSquare"/>
                <w:sz w:val="18"/>
              </w:rPr>
              <w:t>IMPLEMENTATION_TEMPLATE / STATIC_VALIDATED / BUILD·DB·E2E·SHADOW REHEARSAL REQUIRED</w:t>
            </w:r>
          </w:p>
        </w:tc>
        <w:trPr>
          <w:tblHeader/>
        </w:trPr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288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7"/>
              </w:rPr>
              <w:t>항목</w:t>
            </w:r>
          </w:p>
        </w:tc>
        <w:tc>
          <w:tcPr>
            <w:tcW w:type="dxa" w:w="734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7"/>
              </w:rPr>
              <w:t>기준</w:t>
            </w:r>
          </w:p>
        </w:tc>
        <w:trPr>
          <w:tblHeader/>
        </w:trPr>
      </w:tr>
      <w:tr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기준일</w:t>
            </w:r>
          </w:p>
        </w:tc>
        <w:tc>
          <w:tcPr>
            <w:tcW w:type="dxa" w:w="734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2026-08-02</w:t>
            </w:r>
          </w:p>
        </w:tc>
      </w:tr>
      <w:tr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최상위 근거</w:t>
            </w:r>
          </w:p>
        </w:tc>
        <w:tc>
          <w:tcPr>
            <w:tcW w:type="dxa" w:w="734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v10.0 누적 통제·47개 장·26 Slice·RG-01~08</w:t>
            </w:r>
          </w:p>
        </w:tc>
      </w:tr>
      <w:tr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실행 근거</w:t>
            </w:r>
          </w:p>
        </w:tc>
        <w:tc>
          <w:tcPr>
            <w:tcW w:type="dxa" w:w="734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v12.1 실행준비·202 WBS·기술부채·정적 검증</w:t>
            </w:r>
          </w:p>
        </w:tc>
      </w:tr>
      <w:tr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직전 기준</w:t>
            </w:r>
          </w:p>
        </w:tc>
        <w:tc>
          <w:tcPr>
            <w:tcW w:type="dxa" w:w="734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v14 표준 UI·지속 모델 피드백 구현 패키지</w:t>
            </w:r>
          </w:p>
        </w:tc>
      </w:tr>
      <w:tr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운영 경계</w:t>
            </w:r>
          </w:p>
        </w:tc>
        <w:tc>
          <w:tcPr>
            <w:tcW w:type="dxa" w:w="734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투자자문형 → Shadow → Pilot; 자동주문/KIS 제출 OFF</w:t>
            </w:r>
          </w:p>
        </w:tc>
      </w:tr>
      <w:tr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알고리즘 상태</w:t>
            </w:r>
          </w:p>
        </w:tc>
        <w:tc>
          <w:tcPr>
            <w:tcW w:type="dxa" w:w="734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RESEARCH_CANDIDATE_NOT_PRODUCTION</w:t>
            </w:r>
          </w:p>
        </w:tc>
      </w:tr>
      <w:tr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v15 Delta</w:t>
            </w:r>
          </w:p>
        </w:tc>
        <w:tc>
          <w:tcPr>
            <w:tcW w:type="dxa" w:w="734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7"/>
              </w:rPr>
              <w:t>UI Adapter v3·CRUD 표준·Scheduler anchor/catch-up·거래세션 평가창·J40</w:t>
            </w:r>
          </w:p>
        </w:tc>
      </w:tr>
    </w:tbl>
    <w:p/>
    <w:p>
      <w:r>
        <w:br w:type="page"/>
      </w:r>
    </w:p>
    <w:p>
      <w:pPr>
        <w:pStyle w:val="Heading1"/>
      </w:pPr>
      <w:r>
        <w:t>목차</w:t>
      </w:r>
    </w:p>
    <w:p>
      <w:r>
        <w:t>0. 근거·비회귀·경영진 결론</w:t>
      </w:r>
    </w:p>
    <w:p>
      <w:r>
        <w:t>1. 역할별 처절한 감사</w:t>
      </w:r>
    </w:p>
    <w:p>
      <w:r>
        <w:t>2. 전략 우선순위와 과유불급</w:t>
      </w:r>
    </w:p>
    <w:p>
      <w:r>
        <w:t>3. SOLID·Modular Monolith·Vertical Slice</w:t>
      </w:r>
    </w:p>
    <w:p>
      <w:r>
        <w:t>4. 알고리즘·매도/재진입·평가</w:t>
      </w:r>
    </w:p>
    <w:p>
      <w:r>
        <w:t>5. 데이터 정합성·정규화/역정규화</w:t>
      </w:r>
    </w:p>
    <w:p>
      <w:r>
        <w:t>6. FE Adapter Contract 3.0</w:t>
      </w:r>
    </w:p>
    <w:p>
      <w:r>
        <w:t>7. 표준 Layout·CRUD·화면 상태</w:t>
      </w:r>
    </w:p>
    <w:p>
      <w:r>
        <w:t>8. BE·API·Outbox/Inbox</w:t>
      </w:r>
    </w:p>
    <w:p>
      <w:r>
        <w:t>9. Hangfire Scheduler 실행완결성</w:t>
      </w:r>
    </w:p>
    <w:p>
      <w:r>
        <w:t>10. 지속 모델 평가·개선 루프</w:t>
      </w:r>
    </w:p>
    <w:p>
      <w:r>
        <w:t>11. QA·보안·운영·DR</w:t>
      </w:r>
    </w:p>
    <w:p>
      <w:r>
        <w:t>12. 상세 WBS·기술부채·Gate</w:t>
      </w:r>
    </w:p>
    <w:p>
      <w:r>
        <w:t>13. 20영업일 재착수</w:t>
      </w:r>
    </w:p>
    <w:p>
      <w:r>
        <w:t>14. 검증 진실성·패키지 정책</w:t>
      </w:r>
    </w:p>
    <w:p>
      <w:r>
        <w:t>부록. 최종 체크리스트</w:t>
      </w:r>
    </w:p>
    <w:p>
      <w:r>
        <w:br w:type="page"/>
      </w:r>
    </w:p>
    <w:p>
      <w:pPr>
        <w:pStyle w:val="Heading1"/>
      </w:pPr>
      <w:r>
        <w:t>0. 근거·비회귀·경영진 결론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E2F0D9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비회귀 원칙</w:t>
              <w:br/>
            </w:r>
            <w:r>
              <w:rPr>
                <w:rFonts w:ascii="NanumSquare" w:hAnsi="NanumSquare" w:eastAsia="NanumSquare"/>
                <w:sz w:val="18"/>
              </w:rPr>
              <w:t>v10.0 2~6쪽의 Baseline Preservation + Delta + Supersession + Traceability와 RG-01~08을 최상위 통제로 유지한다. 최신 문서라는 이유로 이전 상세를 폐기하지 않는다.</w:t>
            </w:r>
          </w:p>
        </w:tc>
        <w:trPr>
          <w:tblHeader/>
        </w:trPr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58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기준선</w:t>
            </w:r>
          </w:p>
        </w:tc>
        <w:tc>
          <w:tcPr>
            <w:tcW w:type="dxa" w:w="158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상태</w:t>
            </w:r>
          </w:p>
        </w:tc>
        <w:tc>
          <w:tcPr>
            <w:tcW w:type="dxa" w:w="460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보존 범위</w:t>
            </w:r>
          </w:p>
        </w:tc>
        <w:tc>
          <w:tcPr>
            <w:tcW w:type="dxa" w:w="288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v15 처리</w:t>
            </w:r>
          </w:p>
        </w:tc>
        <w:trPr>
          <w:tblHeader/>
        </w:trPr>
      </w:tr>
      <w:tr>
        <w:tc>
          <w:tcPr>
            <w:tcW w:type="dxa" w:w="158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v10.0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RETAINED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비회귀·26 Slice·알고리즘·PIT·UX/FE/BE/Job·36개월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최상위 안전/범위 기준</w:t>
            </w:r>
          </w:p>
        </w:tc>
      </w:tr>
      <w:tr>
        <w:tc>
          <w:tcPr>
            <w:tcW w:type="dxa" w:w="158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v12.1</w:t>
            </w:r>
          </w:p>
        </w:tc>
        <w:tc>
          <w:tcPr>
            <w:tcW w:type="dxa" w:w="158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RETAINED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실행준비·202 WBS·Source/Assumption/Unknown</w:t>
            </w:r>
          </w:p>
        </w:tc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실행계약 근거</w:t>
            </w:r>
          </w:p>
        </w:tc>
      </w:tr>
      <w:tr>
        <w:tc>
          <w:tcPr>
            <w:tcW w:type="dxa" w:w="158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v14.0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IMPROVED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UI Adapter v2·T01~T10·Feedback Cycle·J39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동작 보존 후 v3/스케줄 고도화</w:t>
            </w:r>
          </w:p>
        </w:tc>
      </w:tr>
      <w:tr>
        <w:tc>
          <w:tcPr>
            <w:tcW w:type="dxa" w:w="158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v15.0</w:t>
            </w:r>
          </w:p>
        </w:tc>
        <w:tc>
          <w:tcPr>
            <w:tcW w:type="dxa" w:w="158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CURRENT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실행완결성 Delta·576 WBS·J40·0020 Migration</w:t>
            </w:r>
          </w:p>
        </w:tc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현재 구현/검증 대상</w:t>
            </w:r>
          </w:p>
        </w:tc>
      </w:tr>
    </w:tbl>
    <w:p/>
    <w:p>
      <w:pPr>
        <w:pStyle w:val="Heading2"/>
      </w:pPr>
      <w:r>
        <w:t>경영진 숫자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288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항목</w:t>
            </w:r>
          </w:p>
        </w:tc>
        <w:tc>
          <w:tcPr>
            <w:tcW w:type="dxa" w:w="172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수치</w:t>
            </w:r>
          </w:p>
        </w:tc>
        <w:tc>
          <w:tcPr>
            <w:tcW w:type="dxa" w:w="590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해석</w:t>
            </w:r>
          </w:p>
        </w:tc>
        <w:trPr>
          <w:tblHeader/>
        </w:trPr>
      </w:tr>
      <w:tr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상세 WBS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576건</w:t>
            </w:r>
          </w:p>
        </w:tc>
        <w:tc>
          <w:tcPr>
            <w:tcW w:type="dxa" w:w="590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기존 480 + v15 Delta 96</w:t>
            </w:r>
          </w:p>
        </w:tc>
      </w:tr>
      <w:tr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기술부채</w:t>
            </w:r>
          </w:p>
        </w:tc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124건</w:t>
            </w:r>
          </w:p>
        </w:tc>
        <w:tc>
          <w:tcPr>
            <w:tcW w:type="dxa" w:w="590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P0는 Gate 전 종료/완화</w:t>
            </w:r>
          </w:p>
        </w:tc>
      </w:tr>
      <w:tr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Decision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80건</w:t>
            </w:r>
          </w:p>
        </w:tc>
        <w:tc>
          <w:tcPr>
            <w:tcW w:type="dxa" w:w="590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미확정은 코드 기본값 금지</w:t>
            </w:r>
          </w:p>
        </w:tc>
      </w:tr>
      <w:tr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Traceability</w:t>
            </w:r>
          </w:p>
        </w:tc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101행</w:t>
            </w:r>
          </w:p>
        </w:tc>
        <w:tc>
          <w:tcPr>
            <w:tcW w:type="dxa" w:w="590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REQ→Policy/Data→API/DB/Job/UI→Test→WBS</w:t>
            </w:r>
          </w:p>
        </w:tc>
      </w:tr>
      <w:tr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FE Component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43건</w:t>
            </w:r>
          </w:p>
        </w:tc>
        <w:tc>
          <w:tcPr>
            <w:tcW w:type="dxa" w:w="590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Adapter facade·Layout·CRUD·Screen</w:t>
            </w:r>
          </w:p>
        </w:tc>
      </w:tr>
      <w:tr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Model Job</w:t>
            </w:r>
          </w:p>
        </w:tc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26건</w:t>
            </w:r>
          </w:p>
        </w:tc>
        <w:tc>
          <w:tcPr>
            <w:tcW w:type="dxa" w:w="590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J40 포함, 신규 기본 disabled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FFF2CC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경영진 경고</w:t>
              <w:br/>
            </w:r>
            <w:r>
              <w:rPr>
                <w:rFonts w:ascii="NanumSquare" w:hAnsi="NanumSquare" w:eastAsia="NanumSquare"/>
                <w:sz w:val="18"/>
              </w:rPr>
              <w:t>화면 수, 클래스 수, Job 수, WBS 수는 생산준비도 증거가 아니다. Source/License→PIT/DQ→Evidence→Decision→Review→Publish→Outcome Window→Reconciliation/DR의 완결성이 증거다.</w:t>
            </w:r>
          </w:p>
        </w:tc>
        <w:trPr>
          <w:tblHeader/>
        </w:trPr>
      </w:tr>
    </w:tbl>
    <w:p/>
    <w:p>
      <w:r>
        <w:br w:type="page"/>
      </w:r>
    </w:p>
    <w:p>
      <w:pPr>
        <w:pStyle w:val="Heading1"/>
      </w:pPr>
      <w:r>
        <w:t>1. 역할별 처절한 감사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172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역할</w:t>
            </w:r>
          </w:p>
        </w:tc>
        <w:tc>
          <w:tcPr>
            <w:tcW w:type="dxa" w:w="4536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냉정한 진단</w:t>
            </w:r>
          </w:p>
        </w:tc>
        <w:tc>
          <w:tcPr>
            <w:tcW w:type="dxa" w:w="4536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v15 처방</w:t>
            </w:r>
          </w:p>
        </w:tc>
        <w:trPr>
          <w:tblHeader/>
        </w:trPr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운영사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운영 화면에 재처리·보류·대사·정정·Owner가 없으면 결국 DB 수작업으로 퇴행한다.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OperationsConsole·JobRun·Watermark·BusinessHold·Runbook.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아키텍트</w:t>
            </w:r>
          </w:p>
        </w:tc>
        <w:tc>
          <w:tcPr>
            <w:tcW w:type="dxa" w:w="45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Provider 하나의 wrapper는 교체 가능성이 아니다.</w:t>
            </w:r>
          </w:p>
        </w:tc>
        <w:tc>
          <w:tcPr>
            <w:tcW w:type="dxa" w:w="45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14개 정규화 계약·두 provider·conformance/release evidence.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PM/PL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WBS가 많아도 산출물·완료증거·의존·Gate가 없으면 일정 장식이다.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576행 모두 Artifact/Acceptance/Owner/Dependency/Gate.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UX/AX</w:t>
            </w:r>
          </w:p>
        </w:tc>
        <w:tc>
          <w:tcPr>
            <w:tcW w:type="dxa" w:w="45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정상 화면보다 경고·만료·권한·충돌·부분데이터가 업무를 좌우한다.</w:t>
            </w:r>
          </w:p>
        </w:tc>
        <w:tc>
          <w:tcPr>
            <w:tcW w:type="dxa" w:w="45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13개 상태·As-of·ProjectionVersion·Correlation 표준.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QA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정적 파일 존재를 build PASS로 기록하면 조직적 홀루시네이션이다.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정적/runtime/Shadow 증거를 분리.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투자 고객</w:t>
            </w:r>
          </w:p>
        </w:tc>
        <w:tc>
          <w:tcPr>
            <w:tcW w:type="dxa" w:w="45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내부 점수보다 승인본·비용·반대증거·다음 검토·재진입이 중요하다.</w:t>
            </w:r>
          </w:p>
        </w:tc>
        <w:tc>
          <w:tcPr>
            <w:tcW w:type="dxa" w:w="45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Explainability/Evidence/Validity 표준.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개발자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Generic Repository·God Service·무차별 interface·모든 화면 AG Grid는 과설계다.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Vertical Slice·좁은 Port·대량목록만 Grid.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Data/DBA</w:t>
            </w:r>
          </w:p>
        </w:tc>
        <w:tc>
          <w:tcPr>
            <w:tcW w:type="dxa" w:w="45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overwrite/current flag 중심 모델은 PIT·감사·재현성을 파괴한다.</w:t>
            </w:r>
          </w:p>
        </w:tc>
        <w:tc>
          <w:tcPr>
            <w:tcW w:type="dxa" w:w="45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valid-time·revision·append/correction·projection rebuild.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컨설턴트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실행하지 않은 검증을 완료라고 쓰는 것이 가장 큰 신뢰 훼손이다.</w:t>
            </w:r>
          </w:p>
        </w:tc>
        <w:tc>
          <w:tcPr>
            <w:tcW w:type="dxa" w:w="45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Release Evidence와 실제 command/artifact만 인정.</w:t>
            </w:r>
          </w:p>
        </w:tc>
      </w:tr>
    </w:tbl>
    <w:p/>
    <w:p>
      <w:r>
        <w:br w:type="page"/>
      </w:r>
    </w:p>
    <w:p>
      <w:pPr>
        <w:pStyle w:val="Heading1"/>
      </w:pPr>
      <w:r>
        <w:t>2. 전략 우선순위와 과유불급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172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영역</w:t>
            </w:r>
          </w:p>
        </w:tc>
        <w:tc>
          <w:tcPr>
            <w:tcW w:type="dxa" w:w="460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우선순위</w:t>
            </w:r>
          </w:p>
        </w:tc>
        <w:tc>
          <w:tcPr>
            <w:tcW w:type="dxa" w:w="460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금지/제한</w:t>
            </w:r>
          </w:p>
        </w:tc>
        <w:trPr>
          <w:tblHeader/>
        </w:trPr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제품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투자자문 MVP→Shadow→Pilot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일임형·자동주문 선구현 금지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알고리즘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매도·재진입·비용후 효용·위험감소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적중률 단독 최적화 금지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데이터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PIT·revision·DQ·lineage·총수익/상폐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현재값 overwrite·룩어헤드 금지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아키텍처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Modular Monolith+Vertical Slice+Fitness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조기 microservice·Generic Repository 금지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FE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표준 Screen/CRUD→Ks Facade→Adapter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Feature vendor import·전역 Pinia 캐시 금지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배치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Anchor·Idempotency·BusinessHold·Replay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blind retry·무제한 catch-up 금지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개발방식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Source/Assumption/Unknown/Decision Required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AI가 임계값·테이블·라이브러리 발명 금지</w:t>
            </w:r>
          </w:p>
        </w:tc>
      </w:tr>
    </w:tbl>
    <w:p/>
    <w:p>
      <w:pPr>
        <w:pStyle w:val="Heading2"/>
      </w:pPr>
      <w:r>
        <w:t>단일 Delivery Flow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DDEBF7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흐름</w:t>
              <w:br/>
            </w:r>
            <w:r>
              <w:rPr>
                <w:rFonts w:ascii="NanumSquare" w:hAnsi="NanumSquare" w:eastAsia="NanumSquare"/>
                <w:sz w:val="18"/>
              </w:rPr>
              <w:t>Idea → Decision Required 해소 → Slice Ready → Walking Skeleton → Contract/Golden → Implement → Review → Release Evidence → Observe → Debt/Outcome</w:t>
            </w:r>
          </w:p>
        </w:tc>
        <w:trPr>
          <w:tblHeader/>
        </w:trPr>
      </w:tr>
    </w:tbl>
    <w:p/>
    <w:p>
      <w:pPr>
        <w:pStyle w:val="ListBullet"/>
      </w:pPr>
      <w:r>
        <w:t>공통화는 반복 횟수뿐 아니라 의미·실패상태·변경축이 같을 때만 한다.</w:t>
      </w:r>
    </w:p>
    <w:p>
      <w:pPr>
        <w:pStyle w:val="ListBullet"/>
      </w:pPr>
      <w:r>
        <w:t>모든 테이블을 Event Sourcing하지 않는다. Evidence/Decision/Transition/Audit에만 불변 원장을 적용한다.</w:t>
      </w:r>
    </w:p>
    <w:p>
      <w:pPr>
        <w:pStyle w:val="ListBullet"/>
      </w:pPr>
      <w:r>
        <w:t>리팩터링 PR과 알고리즘/정책 변경 PR을 분리한다.</w:t>
      </w:r>
    </w:p>
    <w:p>
      <w:r>
        <w:br w:type="page"/>
      </w:r>
    </w:p>
    <w:p>
      <w:pPr>
        <w:pStyle w:val="Heading1"/>
      </w:pPr>
      <w:r>
        <w:t>3. SOLID·Modular Monolith·Vertical Slice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144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원칙</w:t>
            </w:r>
          </w:p>
        </w:tc>
        <w:tc>
          <w:tcPr>
            <w:tcW w:type="dxa" w:w="460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현장 적용</w:t>
            </w:r>
          </w:p>
        </w:tc>
        <w:tc>
          <w:tcPr>
            <w:tcW w:type="dxa" w:w="4752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금지 패턴</w:t>
            </w:r>
          </w:p>
        </w:tc>
        <w:trPr>
          <w:tblHeader/>
        </w:trPr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SRP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Endpoint=HTTP, Application=유스케이스, Policy=결정, Adapter=I/O</w:t>
            </w:r>
          </w:p>
        </w:tc>
        <w:tc>
          <w:tcPr>
            <w:tcW w:type="dxa" w:w="475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God Service·Job 내부 정책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OCP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정책/DQ/UI provider를 registry+contract test로 확장</w:t>
            </w:r>
          </w:p>
        </w:tc>
        <w:tc>
          <w:tcPr>
            <w:tcW w:type="dxa" w:w="475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reflection plugin framework</w:t>
            </w:r>
          </w:p>
        </w:tc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LSP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Adapter 교체 시 prop/event/a11y/state 동일</w:t>
            </w:r>
          </w:p>
        </w:tc>
        <w:tc>
          <w:tcPr>
            <w:tcW w:type="dxa" w:w="475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mock 성공만으로 승인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ISP</w:t>
            </w:r>
          </w:p>
        </w:tc>
        <w:tc>
          <w:tcPr>
            <w:tcW w:type="dxa" w:w="460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IClock·PIT reader·SourceAdapter 등 좁은 Port</w:t>
            </w:r>
          </w:p>
        </w:tc>
        <w:tc>
          <w:tcPr>
            <w:tcW w:type="dxa" w:w="475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대형 Service Interface</w:t>
            </w:r>
          </w:p>
        </w:tc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DIP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Domain은 FastEndpoints/Dapper/Hangfire/PrimeVue를 모름</w:t>
            </w:r>
          </w:p>
        </w:tc>
        <w:tc>
          <w:tcPr>
            <w:tcW w:type="dxa" w:w="475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Infrastructure type 침투</w:t>
            </w:r>
          </w:p>
        </w:tc>
      </w:tr>
    </w:tbl>
    <w:p/>
    <w:p>
      <w:pPr>
        <w:pStyle w:val="Heading2"/>
      </w:pPr>
      <w:r>
        <w:t>Slice Done 계약</w:t>
      </w:r>
    </w:p>
    <w:p>
      <w:pPr>
        <w:pStyle w:val="ListBullet"/>
      </w:pPr>
      <w:r>
        <w:t>Requirement·Policy/Data·Endpoint/Job·Migration/Event·UI Route/Screen·Test·Metric/Alert·Runbook/Rollback을 함께 완료한다.</w:t>
      </w:r>
    </w:p>
    <w:p>
      <w:pPr>
        <w:pStyle w:val="ListBullet"/>
      </w:pPr>
      <w:r>
        <w:t>모듈 간 Source Table 직접 접근을 금지하고 공개 계약 또는 승인 Read Model만 사용한다.</w:t>
      </w:r>
    </w:p>
    <w:p>
      <w:pPr>
        <w:pStyle w:val="ListBullet"/>
      </w:pPr>
      <w:r>
        <w:t>Characterization/Golden을 먼저 고정하고 작은 단위로 동작보존 리팩터링한다.</w:t>
      </w:r>
    </w:p>
    <w:p>
      <w:r>
        <w:br w:type="page"/>
      </w:r>
    </w:p>
    <w:p>
      <w:pPr>
        <w:pStyle w:val="Heading1"/>
      </w:pPr>
      <w:r>
        <w:t>4. 알고리즘·매도/재진입·평가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E2F0D9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고정 우선순위</w:t>
              <w:br/>
            </w:r>
            <w:r>
              <w:rPr>
                <w:rFonts w:ascii="NanumSquare" w:hAnsi="NanumSquare" w:eastAsia="NanumSquare"/>
                <w:sz w:val="18"/>
              </w:rPr>
              <w:t>HARD_IMPAIRMENT → PORTFOLIO_SURVIVAL → DYNAMIC_PROFIT_FLOOR → CONCENTRATION/LIQUIDITY → OPPORTUNITY_COST → REENTRY_OPTION</w:t>
            </w:r>
          </w:p>
        </w:tc>
        <w:trPr>
          <w:tblHeader/>
        </w:trPr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72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정책</w:t>
            </w:r>
          </w:p>
        </w:tc>
        <w:tc>
          <w:tcPr>
            <w:tcW w:type="dxa" w:w="288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조건</w:t>
            </w:r>
          </w:p>
        </w:tc>
        <w:tc>
          <w:tcPr>
            <w:tcW w:type="dxa" w:w="2592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행동</w:t>
            </w:r>
          </w:p>
        </w:tc>
        <w:tc>
          <w:tcPr>
            <w:tcW w:type="dxa" w:w="3672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불변조건</w:t>
            </w:r>
          </w:p>
        </w:tc>
        <w:trPr>
          <w:tblHeader/>
        </w:trPr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ALG-SELL-001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승인 영구가치훼손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80~100% 매도</w:t>
            </w:r>
          </w:p>
        </w:tc>
        <w:tc>
          <w:tcPr>
            <w:tcW w:type="dxa" w:w="367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하위 점수 상쇄·자동재진입 금지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ALG-SELL-PORT</w:t>
            </w:r>
          </w:p>
        </w:tc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자본바닥/생존 위반</w:t>
            </w:r>
          </w:p>
        </w:tc>
        <w:tc>
          <w:tcPr>
            <w:tcW w:type="dxa" w:w="259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위험예산 축소</w:t>
            </w:r>
          </w:p>
        </w:tc>
        <w:tc>
          <w:tcPr>
            <w:tcW w:type="dxa" w:w="367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필요 시 Core 하회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ALG-SELL-002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1.5 ATR 이상 gap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Lot 30~50%</w:t>
            </w:r>
          </w:p>
        </w:tc>
        <w:tc>
          <w:tcPr>
            <w:tcW w:type="dxa" w:w="367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Strategic Core 보존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ALG-SELL-003</w:t>
            </w:r>
          </w:p>
        </w:tc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2개 종가 연속 이탈</w:t>
            </w:r>
          </w:p>
        </w:tc>
        <w:tc>
          <w:tcPr>
            <w:tcW w:type="dxa" w:w="259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Lot 15~25%</w:t>
            </w:r>
          </w:p>
        </w:tc>
        <w:tc>
          <w:tcPr>
            <w:tcW w:type="dxa" w:w="367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cooldown·중복결정 방지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ALG-SELL-004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집중/유동성 초과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초과분+버퍼 축소</w:t>
            </w:r>
          </w:p>
        </w:tc>
        <w:tc>
          <w:tcPr>
            <w:tcW w:type="dxa" w:w="367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단일/섹터/클러스터/ADV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ALG-SELL-005</w:t>
            </w:r>
          </w:p>
        </w:tc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비용후 교체우위 하단&gt;0</w:t>
            </w:r>
          </w:p>
        </w:tc>
        <w:tc>
          <w:tcPr>
            <w:tcW w:type="dxa" w:w="259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Lot 10~25%</w:t>
            </w:r>
          </w:p>
        </w:tc>
        <w:tc>
          <w:tcPr>
            <w:tcW w:type="dxa" w:w="367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Fee/Tax/FX/Slippage PIT</w:t>
            </w:r>
          </w:p>
        </w:tc>
      </w:tr>
    </w:tbl>
    <w:p/>
    <w:p>
      <w:pPr>
        <w:pStyle w:val="Heading2"/>
      </w:pPr>
      <w:r>
        <w:t>재진입·평가</w:t>
      </w:r>
    </w:p>
    <w:p>
      <w:pPr>
        <w:pStyle w:val="ListBullet"/>
      </w:pPr>
      <w:r>
        <w:t>비가치훼손 매도와 동시에 ReentryWatch 생성.</w:t>
      </w:r>
    </w:p>
    <w:p>
      <w:pPr>
        <w:pStyle w:val="ListBullet"/>
      </w:pPr>
      <w:r>
        <w:t>최소 10거래세션, 상승 SMA50, 직전 20일 고점, 단계 간 10세션, 126세션 만료.</w:t>
      </w:r>
    </w:p>
    <w:p>
      <w:pPr>
        <w:pStyle w:val="ListBullet"/>
      </w:pPr>
      <w:r>
        <w:t>새 CycleId·새 Lot, 단계 중복 0.</w:t>
      </w:r>
    </w:p>
    <w:p>
      <w:pPr>
        <w:pStyle w:val="ListBullet"/>
      </w:pPr>
      <w:r>
        <w:t>평가창 1/5/20/63/126/252 거래세션; false-exit·gain capture·reentry capture·delay cost.</w:t>
      </w:r>
    </w:p>
    <w:p>
      <w:pPr>
        <w:pStyle w:val="ListBullet"/>
      </w:pPr>
      <w:r>
        <w:t>최소 252거래일 Shadow·복수 국면·PBO≤20%·DSR≥95%·비용 2배 양수 전 생산 승격 금지.</w:t>
      </w:r>
    </w:p>
    <w:p>
      <w:r>
        <w:br w:type="page"/>
      </w:r>
    </w:p>
    <w:p>
      <w:pPr>
        <w:pStyle w:val="Heading1"/>
      </w:pPr>
      <w:r>
        <w:t>5. 데이터 정합성·정규화/역정규화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86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Layer</w:t>
            </w:r>
          </w:p>
        </w:tc>
        <w:tc>
          <w:tcPr>
            <w:tcW w:type="dxa" w:w="482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내용</w:t>
            </w:r>
          </w:p>
        </w:tc>
        <w:tc>
          <w:tcPr>
            <w:tcW w:type="dxa" w:w="482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불변조건</w:t>
            </w:r>
          </w:p>
        </w:tc>
        <w:trPr>
          <w:tblHeader/>
        </w:trPr>
      </w:tr>
      <w:tr>
        <w:tc>
          <w:tcPr>
            <w:tcW w:type="dxa" w:w="8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L0</w:t>
            </w:r>
          </w:p>
        </w:tc>
        <w:tc>
          <w:tcPr>
            <w:tcW w:type="dxa" w:w="48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Source catalog/license/SLA/schema</w:t>
            </w:r>
          </w:p>
        </w:tc>
        <w:tc>
          <w:tcPr>
            <w:tcW w:type="dxa" w:w="48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미승인 source 금지</w:t>
            </w:r>
          </w:p>
        </w:tc>
      </w:tr>
      <w:tr>
        <w:tc>
          <w:tcPr>
            <w:tcW w:type="dxa" w:w="8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L1</w:t>
            </w:r>
          </w:p>
        </w:tc>
        <w:tc>
          <w:tcPr>
            <w:tcW w:type="dxa" w:w="48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Raw payload/hash/event/published/ingested</w:t>
            </w:r>
          </w:p>
        </w:tc>
        <w:tc>
          <w:tcPr>
            <w:tcW w:type="dxa" w:w="48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append-only</w:t>
            </w:r>
          </w:p>
        </w:tc>
      </w:tr>
      <w:tr>
        <w:tc>
          <w:tcPr>
            <w:tcW w:type="dxa" w:w="8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L2</w:t>
            </w:r>
          </w:p>
        </w:tc>
        <w:tc>
          <w:tcPr>
            <w:tcW w:type="dxa" w:w="48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Canonical PIT price/CA/fundamental/cost</w:t>
            </w:r>
          </w:p>
        </w:tc>
        <w:tc>
          <w:tcPr>
            <w:tcW w:type="dxa" w:w="48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revision·valid time·tradable session</w:t>
            </w:r>
          </w:p>
        </w:tc>
      </w:tr>
      <w:tr>
        <w:tc>
          <w:tcPr>
            <w:tcW w:type="dxa" w:w="8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L3</w:t>
            </w:r>
          </w:p>
        </w:tc>
        <w:tc>
          <w:tcPr>
            <w:tcW w:type="dxa" w:w="48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DQ/quarantine/lineage/dataset manifest</w:t>
            </w:r>
          </w:p>
        </w:tc>
        <w:tc>
          <w:tcPr>
            <w:tcW w:type="dxa" w:w="48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격리 데이터 추천 금지</w:t>
            </w:r>
          </w:p>
        </w:tc>
      </w:tr>
      <w:tr>
        <w:tc>
          <w:tcPr>
            <w:tcW w:type="dxa" w:w="8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L4</w:t>
            </w:r>
          </w:p>
        </w:tc>
        <w:tc>
          <w:tcPr>
            <w:tcW w:type="dxa" w:w="48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Feature/Forecast/Risk/Evidence</w:t>
            </w:r>
          </w:p>
        </w:tc>
        <w:tc>
          <w:tcPr>
            <w:tcW w:type="dxa" w:w="48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Dataset/Model/Config/Code/Contract SHA</w:t>
            </w:r>
          </w:p>
        </w:tc>
      </w:tr>
      <w:tr>
        <w:tc>
          <w:tcPr>
            <w:tcW w:type="dxa" w:w="8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L5</w:t>
            </w:r>
          </w:p>
        </w:tc>
        <w:tc>
          <w:tcPr>
            <w:tcW w:type="dxa" w:w="48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Ledger/Decision/Review/Publish/Outcome</w:t>
            </w:r>
          </w:p>
        </w:tc>
        <w:tc>
          <w:tcPr>
            <w:tcW w:type="dxa" w:w="48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append/reversal/correction</w:t>
            </w:r>
          </w:p>
        </w:tc>
      </w:tr>
      <w:tr>
        <w:tc>
          <w:tcPr>
            <w:tcW w:type="dxa" w:w="8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L6</w:t>
            </w:r>
          </w:p>
        </w:tc>
        <w:tc>
          <w:tcPr>
            <w:tcW w:type="dxa" w:w="48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Read Model</w:t>
            </w:r>
          </w:p>
        </w:tc>
        <w:tc>
          <w:tcPr>
            <w:tcW w:type="dxa" w:w="48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ProjectionVersion/Watermark/Rebuild/Stale</w:t>
            </w:r>
          </w:p>
        </w:tc>
      </w:tr>
      <w:tr>
        <w:tc>
          <w:tcPr>
            <w:tcW w:type="dxa" w:w="8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L7</w:t>
            </w:r>
          </w:p>
        </w:tc>
        <w:tc>
          <w:tcPr>
            <w:tcW w:type="dxa" w:w="48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Backtest/ModelCard/Release</w:t>
            </w:r>
          </w:p>
        </w:tc>
        <w:tc>
          <w:tcPr>
            <w:tcW w:type="dxa" w:w="48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artifact hash·environment manifest</w:t>
            </w:r>
          </w:p>
        </w:tc>
      </w:tr>
    </w:tbl>
    <w:p/>
    <w:p>
      <w:pPr>
        <w:pStyle w:val="Heading2"/>
      </w:pPr>
      <w:r>
        <w:t>v15 DB Delta</w:t>
      </w:r>
    </w:p>
    <w:p>
      <w:pPr>
        <w:pStyle w:val="ListBullet"/>
      </w:pPr>
      <w:r>
        <w:t>Schedule dispatch_revision·anchor_at·timezone·last hold/completion.</w:t>
      </w:r>
    </w:p>
    <w:p>
      <w:pPr>
        <w:pStyle w:val="ListBullet"/>
      </w:pPr>
      <w:r>
        <w:t>PredictionEvaluationWindow 불변 원장: 1/5/20/63/126/252.</w:t>
      </w:r>
    </w:p>
    <w:p>
      <w:pPr>
        <w:pStyle w:val="ListBullet"/>
      </w:pPr>
      <w:r>
        <w:t>MetricCohortDefinition version/hash·effective time.</w:t>
      </w:r>
    </w:p>
    <w:p>
      <w:pPr>
        <w:pStyle w:val="ListBullet"/>
      </w:pPr>
      <w:r>
        <w:t>UiContractRelease provider/version/capability/a11y evidence.</w:t>
      </w:r>
    </w:p>
    <w:p>
      <w:pPr>
        <w:pStyle w:val="ListBullet"/>
      </w:pPr>
      <w:r>
        <w:t>0020 Migration은 fresh/upgrade/re-run/failure 리허설 전 생산 아님.</w:t>
      </w:r>
    </w:p>
    <w:p>
      <w:r>
        <w:br w:type="page"/>
      </w:r>
    </w:p>
    <w:p>
      <w:pPr>
        <w:pStyle w:val="Heading1"/>
      </w:pPr>
      <w:r>
        <w:t>6. FE Adapter Contract 3.0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E2F0D9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의존 방향</w:t>
              <w:br/>
            </w:r>
            <w:r>
              <w:rPr>
                <w:rFonts w:ascii="NanumSquare" w:hAnsi="NanumSquare" w:eastAsia="NanumSquare"/>
                <w:sz w:val="18"/>
              </w:rPr>
              <w:t>Feature → Standard Screen/CRUD → Ks Facade → UiAdapter Contract → Provider. 업무 Feature는 PrimeVue/AG Grid를 직접 import하지 않는다.</w:t>
            </w:r>
          </w:p>
        </w:tc>
        <w:trPr>
          <w:tblHeader/>
        </w:trPr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216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분류</w:t>
            </w:r>
          </w:p>
        </w:tc>
        <w:tc>
          <w:tcPr>
            <w:tcW w:type="dxa" w:w="8352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Capability</w:t>
            </w:r>
          </w:p>
        </w:tc>
        <w:trPr>
          <w:tblHeader/>
        </w:trPr>
      </w:tr>
      <w:tr>
        <w:tc>
          <w:tcPr>
            <w:tcW w:type="dxa" w:w="216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입력</w:t>
            </w:r>
          </w:p>
        </w:tc>
        <w:tc>
          <w:tcPr>
            <w:tcW w:type="dxa" w:w="835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TextField, TextArea, Select, MultiSelect, Checkbox, DateField, NumberField</w:t>
            </w:r>
          </w:p>
        </w:tc>
      </w:tr>
      <w:tr>
        <w:tc>
          <w:tcPr>
            <w:tcW w:type="dxa" w:w="216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행동/상태</w:t>
            </w:r>
          </w:p>
        </w:tc>
        <w:tc>
          <w:tcPr>
            <w:tcW w:type="dxa" w:w="835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Button, Dialog, StatusTag, InlineMessage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탐색/목록</w:t>
            </w:r>
          </w:p>
        </w:tc>
        <w:tc>
          <w:tcPr>
            <w:tcW w:type="dxa" w:w="835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Paginator, Tabs, DataGrid</w:t>
            </w:r>
          </w:p>
        </w:tc>
      </w:tr>
      <w:tr>
        <w:tc>
          <w:tcPr>
            <w:tcW w:type="dxa" w:w="216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Provider</w:t>
            </w:r>
          </w:p>
        </w:tc>
        <w:tc>
          <w:tcPr>
            <w:tcW w:type="dxa" w:w="835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primevue-aggrid 생산 후보; native-accessible 계약 reference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실패정책</w:t>
            </w:r>
          </w:p>
        </w:tc>
        <w:tc>
          <w:tcPr>
            <w:tcW w:type="dxa" w:w="835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미지원 capability/provider는 startup fail-fast</w:t>
            </w:r>
          </w:p>
        </w:tc>
      </w:tr>
    </w:tbl>
    <w:p/>
    <w:p>
      <w:pPr>
        <w:pStyle w:val="Heading2"/>
      </w:pPr>
      <w:r>
        <w:t>Provider 교체 Gate</w:t>
      </w:r>
    </w:p>
    <w:p>
      <w:pPr>
        <w:pStyle w:val="ListNumber"/>
      </w:pPr>
      <w:r>
        <w:t>Contract conformance</w:t>
      </w:r>
    </w:p>
    <w:p>
      <w:pPr>
        <w:pStyle w:val="ListNumber"/>
      </w:pPr>
      <w:r>
        <w:t>Keyboard/label/focus 접근성</w:t>
      </w:r>
    </w:p>
    <w:p>
      <w:pPr>
        <w:pStyle w:val="ListNumber"/>
      </w:pPr>
      <w:r>
        <w:t>T01~T10 상태 회귀</w:t>
      </w:r>
    </w:p>
    <w:p>
      <w:pPr>
        <w:pStyle w:val="ListNumber"/>
      </w:pPr>
      <w:r>
        <w:t>Visual regression</w:t>
      </w:r>
    </w:p>
    <w:p>
      <w:pPr>
        <w:pStyle w:val="ListNumber"/>
      </w:pPr>
      <w:r>
        <w:t>대량목록 성능</w:t>
      </w:r>
    </w:p>
    <w:p>
      <w:pPr>
        <w:pStyle w:val="ListNumber"/>
      </w:pPr>
      <w:r>
        <w:t>SBOM/License</w:t>
      </w:r>
    </w:p>
    <w:p>
      <w:pPr>
        <w:pStyle w:val="ListNumber"/>
      </w:pPr>
      <w:r>
        <w:t>UiContractRelease maker-checker</w:t>
      </w:r>
    </w:p>
    <w:p>
      <w:pPr>
        <w:pStyle w:val="ListNumber"/>
      </w:pPr>
      <w:r>
        <w:t>Rollback rehearsal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FFF2CC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과유불급</w:t>
              <w:br/>
            </w:r>
            <w:r>
              <w:rPr>
                <w:rFonts w:ascii="NanumSquare" w:hAnsi="NanumSquare" w:eastAsia="NanumSquare"/>
                <w:sz w:val="18"/>
              </w:rPr>
              <w:t>Vendor의 모든 prop을 wrapper에 노출하지 않는다. K-ArtSell 업무 의미에 필요한 최소 정규화 contract만 유지한다.</w:t>
            </w:r>
          </w:p>
        </w:tc>
        <w:trPr>
          <w:tblHeader/>
        </w:trPr>
      </w:tr>
    </w:tbl>
    <w:p/>
    <w:p>
      <w:r>
        <w:br w:type="page"/>
      </w:r>
    </w:p>
    <w:p>
      <w:pPr>
        <w:pStyle w:val="Heading1"/>
      </w:pPr>
      <w:r>
        <w:t>7. 표준 Layout·CRUD·화면 상태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230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표준</w:t>
            </w:r>
          </w:p>
        </w:tc>
        <w:tc>
          <w:tcPr>
            <w:tcW w:type="dxa" w:w="432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책임</w:t>
            </w:r>
          </w:p>
        </w:tc>
        <w:tc>
          <w:tcPr>
            <w:tcW w:type="dxa" w:w="388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핵심 증거</w:t>
            </w:r>
          </w:p>
        </w:tc>
        <w:trPr>
          <w:tblHeader/>
        </w:trPr>
      </w:tr>
      <w:tr>
        <w:tc>
          <w:tcPr>
            <w:tcW w:type="dxa" w:w="230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AppShell/Page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환경·자동화 경계·title/asOf/version</w:t>
            </w:r>
          </w:p>
        </w:tc>
        <w:tc>
          <w:tcPr>
            <w:tcW w:type="dxa" w:w="388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landmark·skip link</w:t>
            </w:r>
          </w:p>
        </w:tc>
      </w:tr>
      <w:tr>
        <w:tc>
          <w:tcPr>
            <w:tcW w:type="dxa" w:w="230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CrudWorkspace</w:t>
            </w:r>
          </w:p>
        </w:tc>
        <w:tc>
          <w:tcPr>
            <w:tcW w:type="dxa" w:w="43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toolbar/main/aside/action</w:t>
            </w:r>
          </w:p>
        </w:tc>
        <w:tc>
          <w:tcPr>
            <w:tcW w:type="dxa" w:w="388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task order·responsive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OperationsConsole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JobRun·Watermark·Owner·재처리</w:t>
            </w:r>
          </w:p>
        </w:tc>
        <w:tc>
          <w:tcPr>
            <w:tcW w:type="dxa" w:w="388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운영 E2E</w:t>
            </w:r>
          </w:p>
        </w:tc>
      </w:tr>
      <w:tr>
        <w:tc>
          <w:tcPr>
            <w:tcW w:type="dxa" w:w="230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StandardCrudList</w:t>
            </w:r>
          </w:p>
        </w:tc>
        <w:tc>
          <w:tcPr>
            <w:tcW w:type="dxa" w:w="43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filter/grid/paging/detail</w:t>
            </w:r>
          </w:p>
        </w:tc>
        <w:tc>
          <w:tcPr>
            <w:tcW w:type="dxa" w:w="388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URL round-trip·server metadata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StandardCrudForm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Zod form·dirty/readonly·preview</w:t>
            </w:r>
          </w:p>
        </w:tc>
        <w:tc>
          <w:tcPr>
            <w:tcW w:type="dxa" w:w="388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If-Match·Idempotency·409/412</w:t>
            </w:r>
          </w:p>
        </w:tc>
      </w:tr>
    </w:tbl>
    <w:p/>
    <w:p>
      <w:pPr>
        <w:pStyle w:val="Heading2"/>
      </w:pPr>
      <w:r>
        <w:t>상태 책임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456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상태</w:t>
            </w:r>
          </w:p>
        </w:tc>
        <w:tc>
          <w:tcPr>
            <w:tcW w:type="dxa" w:w="7056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소유</w:t>
            </w:r>
          </w:p>
        </w:tc>
        <w:trPr>
          <w:tblHeader/>
        </w:trPr>
      </w:tr>
      <w:tr>
        <w:tc>
          <w:tcPr>
            <w:tcW w:type="dxa" w:w="34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Server state</w:t>
            </w:r>
          </w:p>
        </w:tc>
        <w:tc>
          <w:tcPr>
            <w:tcW w:type="dxa" w:w="70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TanStack Query</w:t>
            </w:r>
          </w:p>
        </w:tc>
      </w:tr>
      <w:tr>
        <w:tc>
          <w:tcPr>
            <w:tcW w:type="dxa" w:w="34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Session/Role/UI preference</w:t>
            </w:r>
          </w:p>
        </w:tc>
        <w:tc>
          <w:tcPr>
            <w:tcW w:type="dxa" w:w="70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Pinia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Form</w:t>
            </w:r>
          </w:p>
        </w:tc>
        <w:tc>
          <w:tcPr>
            <w:tcW w:type="dxa" w:w="70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vee-validate + Zod</w:t>
            </w:r>
          </w:p>
        </w:tc>
      </w:tr>
      <w:tr>
        <w:tc>
          <w:tcPr>
            <w:tcW w:type="dxa" w:w="34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URL deep-link</w:t>
            </w:r>
          </w:p>
        </w:tc>
        <w:tc>
          <w:tcPr>
            <w:tcW w:type="dxa" w:w="70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vue-router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대량 목록</w:t>
            </w:r>
          </w:p>
        </w:tc>
        <w:tc>
          <w:tcPr>
            <w:tcW w:type="dxa" w:w="70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AG Grid provider + server query contract</w:t>
            </w:r>
          </w:p>
        </w:tc>
      </w:tr>
    </w:tbl>
    <w:p/>
    <w:p>
      <w:pPr>
        <w:pStyle w:val="Heading2"/>
      </w:pPr>
      <w:r>
        <w:t>공통 상태 Matrix</w:t>
      </w:r>
    </w:p>
    <w:p>
      <w:pPr>
        <w:pStyle w:val="ListBullet"/>
      </w:pPr>
      <w:r>
        <w:t>READY, LOADING, EMPTY, WARN, ERROR</w:t>
      </w:r>
    </w:p>
    <w:p>
      <w:pPr>
        <w:pStyle w:val="ListBullet"/>
      </w:pPr>
      <w:r>
        <w:t>UNAUTHORIZED, FORBIDDEN, PARTIAL</w:t>
      </w:r>
    </w:p>
    <w:p>
      <w:pPr>
        <w:pStyle w:val="ListBullet"/>
      </w:pPr>
      <w:r>
        <w:t>DIRTY, CONFLICT, EXPIRED, READONLY, PROCESSING</w:t>
      </w:r>
    </w:p>
    <w:p>
      <w:r>
        <w:br w:type="page"/>
      </w:r>
    </w:p>
    <w:p>
      <w:pPr>
        <w:pStyle w:val="Heading1"/>
      </w:pPr>
      <w:r>
        <w:t>8. BE·API·Outbox/Inbox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172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계층</w:t>
            </w:r>
          </w:p>
        </w:tc>
        <w:tc>
          <w:tcPr>
            <w:tcW w:type="dxa" w:w="432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책임</w:t>
            </w:r>
          </w:p>
        </w:tc>
        <w:tc>
          <w:tcPr>
            <w:tcW w:type="dxa" w:w="432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Done 증거</w:t>
            </w:r>
          </w:p>
        </w:tc>
        <w:trPr>
          <w:tblHeader/>
        </w:trPr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Endpoint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Auth/권한/Header/Validator/ProblemDetails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401/403/409/412/422/429/503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Application</w:t>
            </w:r>
          </w:p>
        </w:tc>
        <w:tc>
          <w:tcPr>
            <w:tcW w:type="dxa" w:w="43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멱등·transaction·PIT context·orchestration</w:t>
            </w:r>
          </w:p>
        </w:tc>
        <w:tc>
          <w:tcPr>
            <w:tcW w:type="dxa" w:w="43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동일 key side effect 0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Domain Policy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순수 결정·우선순위·상태전이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Golden/boundary/monotonic/invariant</w:t>
            </w:r>
          </w:p>
        </w:tc>
      </w:tr>
      <w:tr>
        <w:tc>
          <w:tcPr>
            <w:tcW w:type="dxa" w:w="17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Infrastructure</w:t>
            </w:r>
          </w:p>
        </w:tc>
        <w:tc>
          <w:tcPr>
            <w:tcW w:type="dxa" w:w="43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Dapper SQL·PIT read·Adapter</w:t>
            </w:r>
          </w:p>
        </w:tc>
        <w:tc>
          <w:tcPr>
            <w:tcW w:type="dxa" w:w="43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PostgreSQL integration/contract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Outbox/Inbox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same transaction·lease·dead-letter·replay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crash/retry/replay hash</w:t>
            </w:r>
          </w:p>
        </w:tc>
      </w:tr>
    </w:tbl>
    <w:p/>
    <w:p>
      <w:pPr>
        <w:pStyle w:val="Heading2"/>
      </w:pPr>
      <w:r>
        <w:t>생산 Command 경계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E2F0D9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Server Evidence</w:t>
              <w:br/>
            </w:r>
            <w:r>
              <w:rPr>
                <w:rFonts w:ascii="NanumSquare" w:hAnsi="NanumSquare" w:eastAsia="NanumSquare"/>
                <w:sz w:val="18"/>
              </w:rPr>
              <w:t>SignalDecision/ModelOperation Command는 최소 식별자만 받는다. Evidence/Model/Config/Data/Contract Version은 서버의 승인 PIT Context에서 조회한다. 클라이언트가 보낸 Evidence를 신뢰하지 않는다.</w:t>
            </w:r>
          </w:p>
        </w:tc>
        <w:trPr>
          <w:tblHeader/>
        </w:trPr>
      </w:tr>
    </w:tbl>
    <w:p/>
    <w:p>
      <w:pPr>
        <w:pStyle w:val="ListBullet"/>
      </w:pPr>
      <w:r>
        <w:t>Command는 Idempotency-Key, update는 If-Match/optimistic concurrency.</w:t>
      </w:r>
    </w:p>
    <w:p>
      <w:pPr>
        <w:pStyle w:val="ListBullet"/>
      </w:pPr>
      <w:r>
        <w:t>Recommendation/Decision과 Outbox는 동일 transaction.</w:t>
      </w:r>
    </w:p>
    <w:p>
      <w:pPr>
        <w:pStyle w:val="ListBullet"/>
      </w:pPr>
      <w:r>
        <w:t>ProblemDetails에는 correlation·stable error code·retryability를 포함한다.</w:t>
      </w:r>
    </w:p>
    <w:p>
      <w:r>
        <w:br w:type="page"/>
      </w:r>
    </w:p>
    <w:p>
      <w:pPr>
        <w:pStyle w:val="Heading1"/>
      </w:pPr>
      <w:r>
        <w:t>9. Hangfire Scheduler 실행완결성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1656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문제</w:t>
            </w:r>
          </w:p>
        </w:tc>
        <w:tc>
          <w:tcPr>
            <w:tcW w:type="dxa" w:w="446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v14 위험</w:t>
            </w:r>
          </w:p>
        </w:tc>
        <w:tc>
          <w:tcPr>
            <w:tcW w:type="dxa" w:w="446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v15 교정</w:t>
            </w:r>
          </w:p>
        </w:tc>
        <w:trPr>
          <w:tblHeader/>
        </w:trPr>
      </w:tr>
      <w:tr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Cadence drift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실제 dispatch 시각 기준 advance 가능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scheduledFor anchor 기준 next due</w:t>
            </w:r>
          </w:p>
        </w:tc>
      </w:tr>
      <w:tr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장애 복구</w:t>
            </w:r>
          </w:p>
        </w:tc>
        <w:tc>
          <w:tcPr>
            <w:tcW w:type="dxa" w:w="44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catch-up storm 가능</w:t>
            </w:r>
          </w:p>
        </w:tc>
        <w:tc>
          <w:tcPr>
            <w:tcW w:type="dxa" w:w="44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LATEST_ONLY/SKIP/ALL_WITH_LIMIT</w:t>
            </w:r>
          </w:p>
        </w:tc>
      </w:tr>
      <w:tr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오류 분류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기술 오류와 데이터 미성숙 혼재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BusinessHold 상태·reason/owner/holdUntil</w:t>
            </w:r>
          </w:p>
        </w:tc>
      </w:tr>
      <w:tr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평가시점</w:t>
            </w:r>
          </w:p>
        </w:tc>
        <w:tc>
          <w:tcPr>
            <w:tcW w:type="dxa" w:w="44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Calendar day 오용 가능</w:t>
            </w:r>
          </w:p>
        </w:tc>
        <w:tc>
          <w:tcPr>
            <w:tcW w:type="dxa" w:w="44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TradingSessionCalendar window planner</w:t>
            </w:r>
          </w:p>
        </w:tc>
      </w:tr>
      <w:tr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감사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발생예정 시각 추적 부족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scheduledFor/idempotency/dispatchRevision</w:t>
            </w:r>
          </w:p>
        </w:tc>
      </w:tr>
      <w:tr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운영</w:t>
            </w:r>
          </w:p>
        </w:tc>
        <w:tc>
          <w:tcPr>
            <w:tcW w:type="dxa" w:w="44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stuck/late 탐지 부족</w:t>
            </w:r>
          </w:p>
        </w:tc>
        <w:tc>
          <w:tcPr>
            <w:tcW w:type="dxa" w:w="446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heartbeat/aging/SLO/J40</w:t>
            </w:r>
          </w:p>
        </w:tc>
      </w:tr>
    </w:tbl>
    <w:p/>
    <w:p>
      <w:pPr>
        <w:pStyle w:val="Heading2"/>
      </w:pPr>
      <w:r>
        <w:t>Scheduler 불변조건</w:t>
      </w:r>
    </w:p>
    <w:p>
      <w:pPr>
        <w:pStyle w:val="ListBullet"/>
      </w:pPr>
      <w:r>
        <w:t>모든 Job은 JobRunId·Scope·IdempotencyKey·Watermark·Attempt·VersionSet·Correlation을 갖는다.</w:t>
      </w:r>
    </w:p>
    <w:p>
      <w:pPr>
        <w:pStyle w:val="ListBullet"/>
      </w:pPr>
      <w:r>
        <w:t>재처리는 overwrite가 아니라 새 revision/evidence다.</w:t>
      </w:r>
    </w:p>
    <w:p>
      <w:pPr>
        <w:pStyle w:val="ListBullet"/>
      </w:pPr>
      <w:r>
        <w:t>기술 오류만 제한 retry; DQ/승인/표본 미성숙은 BusinessHold.</w:t>
      </w:r>
    </w:p>
    <w:p>
      <w:pPr>
        <w:pStyle w:val="ListBullet"/>
      </w:pPr>
      <w:r>
        <w:t>연구 queue는 고객 추천 SLA queue를 침범하지 않는다.</w:t>
      </w:r>
    </w:p>
    <w:p>
      <w:pPr>
        <w:pStyle w:val="ListBullet"/>
      </w:pPr>
      <w:r>
        <w:t>Dispatcher 자체는 자동 모델 변경·고객 공개·주문을 수행하지 않는다.</w:t>
      </w:r>
    </w:p>
    <w:p>
      <w:r>
        <w:br w:type="page"/>
      </w:r>
    </w:p>
    <w:p>
      <w:pPr>
        <w:pStyle w:val="Heading1"/>
      </w:pPr>
      <w:r>
        <w:t>10. 지속 모델 평가·개선 루프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656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4"/>
              </w:rPr>
              <w:t>단계</w:t>
            </w:r>
          </w:p>
        </w:tc>
        <w:tc>
          <w:tcPr>
            <w:tcW w:type="dxa" w:w="144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4"/>
              </w:rPr>
              <w:t>Job</w:t>
            </w:r>
          </w:p>
        </w:tc>
        <w:tc>
          <w:tcPr>
            <w:tcW w:type="dxa" w:w="612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4"/>
              </w:rPr>
              <w:t>증거</w:t>
            </w:r>
          </w:p>
        </w:tc>
        <w:tc>
          <w:tcPr>
            <w:tcW w:type="dxa" w:w="1656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4"/>
              </w:rPr>
              <w:t>경계</w:t>
            </w:r>
          </w:p>
        </w:tc>
        <w:trPr>
          <w:tblHeader/>
        </w:trPr>
      </w:tr>
      <w:tr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1 FREEZE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J31</w:t>
            </w:r>
          </w:p>
        </w:tc>
        <w:tc>
          <w:tcPr>
            <w:tcW w:type="dxa" w:w="61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PIT cutoff·VersionSet 동결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평가</w:t>
            </w:r>
          </w:p>
        </w:tc>
      </w:tr>
      <w:tr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2 MATURE</w:t>
            </w:r>
          </w:p>
        </w:tc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J32</w:t>
            </w:r>
          </w:p>
        </w:tc>
        <w:tc>
          <w:tcPr>
            <w:tcW w:type="dxa" w:w="61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1/5/20/63/126/252 window</w:t>
            </w:r>
          </w:p>
        </w:tc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평가</w:t>
            </w:r>
          </w:p>
        </w:tc>
      </w:tr>
      <w:tr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3 SCORE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J10/J11</w:t>
            </w:r>
          </w:p>
        </w:tc>
        <w:tc>
          <w:tcPr>
            <w:tcW w:type="dxa" w:w="61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Outcome·Scorecard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평가</w:t>
            </w:r>
          </w:p>
        </w:tc>
      </w:tr>
      <w:tr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4 DIAGNOSE</w:t>
            </w:r>
          </w:p>
        </w:tc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J17/J33/J34</w:t>
            </w:r>
          </w:p>
        </w:tc>
        <w:tc>
          <w:tcPr>
            <w:tcW w:type="dxa" w:w="61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Drift·Sell/Reentry·Calibration</w:t>
            </w:r>
          </w:p>
        </w:tc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평가</w:t>
            </w:r>
          </w:p>
        </w:tc>
      </w:tr>
      <w:tr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5 HYPOTHESIS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J35</w:t>
            </w:r>
          </w:p>
        </w:tc>
        <w:tc>
          <w:tcPr>
            <w:tcW w:type="dxa" w:w="61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근거·반대증거·반증기준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제안</w:t>
            </w:r>
          </w:p>
        </w:tc>
      </w:tr>
      <w:tr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6 CHALLENGER</w:t>
            </w:r>
          </w:p>
        </w:tc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J36</w:t>
            </w:r>
          </w:p>
        </w:tc>
        <w:tc>
          <w:tcPr>
            <w:tcW w:type="dxa" w:w="61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동결 실험·OOS·cost stress</w:t>
            </w:r>
          </w:p>
        </w:tc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제안</w:t>
            </w:r>
          </w:p>
        </w:tc>
      </w:tr>
      <w:tr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7 VALIDATE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J19/J20/J37</w:t>
            </w:r>
          </w:p>
        </w:tc>
        <w:tc>
          <w:tcPr>
            <w:tcW w:type="dxa" w:w="61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재현성·PBO/DSR·독립검증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평가/제안</w:t>
            </w:r>
          </w:p>
        </w:tc>
      </w:tr>
      <w:tr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8 REVIEW</w:t>
            </w:r>
          </w:p>
        </w:tc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J22</w:t>
            </w:r>
          </w:p>
        </w:tc>
        <w:tc>
          <w:tcPr>
            <w:tcW w:type="dxa" w:w="612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Gate pack·rollback</w:t>
            </w:r>
          </w:p>
        </w:tc>
        <w:tc>
          <w:tcPr>
            <w:tcW w:type="dxa" w:w="165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인간 심사</w:t>
            </w:r>
          </w:p>
        </w:tc>
      </w:tr>
      <w:tr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9 ACTIVATE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MANUAL_ONLY</w:t>
            </w:r>
          </w:p>
        </w:tc>
        <w:tc>
          <w:tcPr>
            <w:tcW w:type="dxa" w:w="612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effective_at·change ticket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4"/>
              </w:rPr>
              <w:t>자동화 금지</w:t>
            </w:r>
          </w:p>
        </w:tc>
      </w:tr>
    </w:tbl>
    <w:p/>
    <w:p>
      <w:pPr>
        <w:pStyle w:val="Heading2"/>
      </w:pPr>
      <w:r>
        <w:t>J39/J40</w:t>
      </w:r>
    </w:p>
    <w:p>
      <w:pPr>
        <w:pStyle w:val="ListBullet"/>
      </w:pPr>
      <w:r>
        <w:t>J39: FeedbackCycle illegal transition·sequence gap·stuck·evidence gap.</w:t>
      </w:r>
    </w:p>
    <w:p>
      <w:pPr>
        <w:pStyle w:val="ListBullet"/>
      </w:pPr>
      <w:r>
        <w:t>J40: Prediction window 누락·중복·지연·Calendar/Metric/Cohort drift.</w:t>
      </w:r>
    </w:p>
    <w:p>
      <w:pPr>
        <w:pStyle w:val="ListBullet"/>
      </w:pPr>
      <w:r>
        <w:t>둘 다 기본 disabled이며 계약·Owner·Alert·Runbook 승인 후 단계 활성화.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F4CCCC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절대 금지</w:t>
              <w:br/>
            </w:r>
            <w:r>
              <w:rPr>
                <w:rFonts w:ascii="NanumSquare" w:hAnsi="NanumSquare" w:eastAsia="NanumSquare"/>
                <w:sz w:val="18"/>
              </w:rPr>
              <w:t>Scorecard 개선을 근거로 자동 모델승격, 임계값 자동변경, 고객 자동공개, 자동주문/KIS 제출을 금지한다.</w:t>
            </w:r>
          </w:p>
        </w:tc>
        <w:trPr>
          <w:tblHeader/>
        </w:trPr>
      </w:tr>
    </w:tbl>
    <w:p/>
    <w:p>
      <w:r>
        <w:br w:type="page"/>
      </w:r>
    </w:p>
    <w:p>
      <w:pPr>
        <w:pStyle w:val="Heading1"/>
      </w:pPr>
      <w:r>
        <w:t>11. QA·보안·운영·DR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158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품질축</w:t>
            </w:r>
          </w:p>
        </w:tc>
        <w:tc>
          <w:tcPr>
            <w:tcW w:type="dxa" w:w="590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필수 검증</w:t>
            </w:r>
          </w:p>
        </w:tc>
        <w:tc>
          <w:tcPr>
            <w:tcW w:type="dxa" w:w="302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차단</w:t>
            </w:r>
          </w:p>
        </w:tc>
        <w:trPr>
          <w:tblHeader/>
        </w:trPr>
      </w:tr>
      <w:tr>
        <w:tc>
          <w:tcPr>
            <w:tcW w:type="dxa" w:w="158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Architecture</w:t>
            </w:r>
          </w:p>
        </w:tc>
        <w:tc>
          <w:tcPr>
            <w:tcW w:type="dxa" w:w="590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모듈/namespace/schema/vendor/DateTime.Now/ID</w:t>
            </w:r>
          </w:p>
        </w:tc>
        <w:tc>
          <w:tcPr>
            <w:tcW w:type="dxa" w:w="30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위반 시 PR 차단</w:t>
            </w:r>
          </w:p>
        </w:tc>
      </w:tr>
      <w:tr>
        <w:tc>
          <w:tcPr>
            <w:tcW w:type="dxa" w:w="158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Algorithm</w:t>
            </w:r>
          </w:p>
        </w:tc>
        <w:tc>
          <w:tcPr>
            <w:tcW w:type="dxa" w:w="590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Golden·경계·단조성·상태·비용2배·룩어헤드</w:t>
            </w:r>
          </w:p>
        </w:tc>
        <w:tc>
          <w:tcPr>
            <w:tcW w:type="dxa" w:w="30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회귀 시 모델 활성화 금지</w:t>
            </w:r>
          </w:p>
        </w:tc>
      </w:tr>
      <w:tr>
        <w:tc>
          <w:tcPr>
            <w:tcW w:type="dxa" w:w="158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Data/DB</w:t>
            </w:r>
          </w:p>
        </w:tc>
        <w:tc>
          <w:tcPr>
            <w:tcW w:type="dxa" w:w="590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PIT·기업행사·상폐·총수익·migration 4시나리오</w:t>
            </w:r>
          </w:p>
        </w:tc>
        <w:tc>
          <w:tcPr>
            <w:tcW w:type="dxa" w:w="30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DQ/재현 실패 시 추천 보류</w:t>
            </w:r>
          </w:p>
        </w:tc>
      </w:tr>
      <w:tr>
        <w:tc>
          <w:tcPr>
            <w:tcW w:type="dxa" w:w="158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FE</w:t>
            </w:r>
          </w:p>
        </w:tc>
        <w:tc>
          <w:tcPr>
            <w:tcW w:type="dxa" w:w="590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Adapter contract·CRUD·13 state·a11y·visual</w:t>
            </w:r>
          </w:p>
        </w:tc>
        <w:tc>
          <w:tcPr>
            <w:tcW w:type="dxa" w:w="30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provider 교체/배포 차단</w:t>
            </w:r>
          </w:p>
        </w:tc>
      </w:tr>
      <w:tr>
        <w:tc>
          <w:tcPr>
            <w:tcW w:type="dxa" w:w="158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Scheduler</w:t>
            </w:r>
          </w:p>
        </w:tc>
        <w:tc>
          <w:tcPr>
            <w:tcW w:type="dxa" w:w="590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anchor·catch-up·lease·hold·restart chaos</w:t>
            </w:r>
          </w:p>
        </w:tc>
        <w:tc>
          <w:tcPr>
            <w:tcW w:type="dxa" w:w="30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중복/누락 시 Gate 차단</w:t>
            </w:r>
          </w:p>
        </w:tc>
      </w:tr>
      <w:tr>
        <w:tc>
          <w:tcPr>
            <w:tcW w:type="dxa" w:w="158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Security/Ops</w:t>
            </w:r>
          </w:p>
        </w:tc>
        <w:tc>
          <w:tcPr>
            <w:tcW w:type="dxa" w:w="590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OIDC·PII redaction·SBOM·SLO·DR·kill-switch</w:t>
            </w:r>
          </w:p>
        </w:tc>
        <w:tc>
          <w:tcPr>
            <w:tcW w:type="dxa" w:w="30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Pilot/Go-Live 금지</w:t>
            </w:r>
          </w:p>
        </w:tc>
      </w:tr>
    </w:tbl>
    <w:p/>
    <w:p>
      <w:pPr>
        <w:pStyle w:val="Heading2"/>
      </w:pPr>
      <w:r>
        <w:t>배포 순서</w:t>
      </w:r>
    </w:p>
    <w:p>
      <w:pPr>
        <w:pStyle w:val="ListNumber"/>
      </w:pPr>
      <w:r>
        <w:t>Precheck Evidence/Backup/VersionSet/Kill-switch</w:t>
      </w:r>
    </w:p>
    <w:p>
      <w:pPr>
        <w:pStyle w:val="ListNumber"/>
      </w:pPr>
      <w:r>
        <w:t>Expand Migration</w:t>
      </w:r>
    </w:p>
    <w:p>
      <w:pPr>
        <w:pStyle w:val="ListNumber"/>
      </w:pPr>
      <w:r>
        <w:t>Deploy API/Worker/FE with capabilities OFF</w:t>
      </w:r>
    </w:p>
    <w:p>
      <w:pPr>
        <w:pStyle w:val="ListNumber"/>
      </w:pPr>
      <w:r>
        <w:t>Smoke DB/Outbox/Job/API/FE</w:t>
      </w:r>
    </w:p>
    <w:p>
      <w:pPr>
        <w:pStyle w:val="ListNumber"/>
      </w:pPr>
      <w:r>
        <w:t>Backfill/Projection with quota</w:t>
      </w:r>
    </w:p>
    <w:p>
      <w:pPr>
        <w:pStyle w:val="ListNumber"/>
      </w:pPr>
      <w:r>
        <w:t>Enable advisory only</w:t>
      </w:r>
    </w:p>
    <w:p>
      <w:pPr>
        <w:pStyle w:val="ListNumber"/>
      </w:pPr>
      <w:r>
        <w:t>Observe and reconcile</w:t>
      </w:r>
    </w:p>
    <w:p>
      <w:pPr>
        <w:pStyle w:val="ListNumber"/>
      </w:pPr>
      <w:r>
        <w:t>Contract removal after zero-use approval</w:t>
      </w:r>
    </w:p>
    <w:p>
      <w:r>
        <w:br w:type="page"/>
      </w:r>
    </w:p>
    <w:p>
      <w:pPr>
        <w:pStyle w:val="Heading1"/>
      </w:pPr>
      <w:r>
        <w:t>12. 상세 WBS·기술부채·Gate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216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범위</w:t>
            </w:r>
          </w:p>
        </w:tc>
        <w:tc>
          <w:tcPr>
            <w:tcW w:type="dxa" w:w="2592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WBS</w:t>
            </w:r>
          </w:p>
        </w:tc>
        <w:tc>
          <w:tcPr>
            <w:tcW w:type="dxa" w:w="576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핵심</w:t>
            </w:r>
          </w:p>
        </w:tc>
        <w:trPr>
          <w:tblHeader/>
        </w:trPr>
      </w:tr>
      <w:tr>
        <w:tc>
          <w:tcPr>
            <w:tcW w:type="dxa" w:w="216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Governance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AEG-V15-001~008</w:t>
            </w:r>
          </w:p>
        </w:tc>
        <w:tc>
          <w:tcPr>
            <w:tcW w:type="dxa" w:w="576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Coverage·Decision expiry·자동화 금지</w:t>
            </w:r>
          </w:p>
        </w:tc>
      </w:tr>
      <w:tr>
        <w:tc>
          <w:tcPr>
            <w:tcW w:type="dxa" w:w="216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FE Adapter</w:t>
            </w:r>
          </w:p>
        </w:tc>
        <w:tc>
          <w:tcPr>
            <w:tcW w:type="dxa" w:w="259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009~016</w:t>
            </w:r>
          </w:p>
        </w:tc>
        <w:tc>
          <w:tcPr>
            <w:tcW w:type="dxa" w:w="576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Contract v3·Provider·release evidence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CRUD/Layout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017~032</w:t>
            </w:r>
          </w:p>
        </w:tc>
        <w:tc>
          <w:tcPr>
            <w:tcW w:type="dxa" w:w="576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URL·Form·Conflict·Operations UI</w:t>
            </w:r>
          </w:p>
        </w:tc>
      </w:tr>
      <w:tr>
        <w:tc>
          <w:tcPr>
            <w:tcW w:type="dxa" w:w="216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Scheduler/Evaluation</w:t>
            </w:r>
          </w:p>
        </w:tc>
        <w:tc>
          <w:tcPr>
            <w:tcW w:type="dxa" w:w="259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033~048</w:t>
            </w:r>
          </w:p>
        </w:tc>
        <w:tc>
          <w:tcPr>
            <w:tcW w:type="dxa" w:w="576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Anchor·catch-up·window·Metric/Cohort·J40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Model/Data/Algorithm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049~072</w:t>
            </w:r>
          </w:p>
        </w:tc>
        <w:tc>
          <w:tcPr>
            <w:tcW w:type="dxa" w:w="576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Feedback·PIT·Golden·PBO/DSR</w:t>
            </w:r>
          </w:p>
        </w:tc>
      </w:tr>
      <w:tr>
        <w:tc>
          <w:tcPr>
            <w:tcW w:type="dxa" w:w="216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QA/Ops/Package</w:t>
            </w:r>
          </w:p>
        </w:tc>
        <w:tc>
          <w:tcPr>
            <w:tcW w:type="dxa" w:w="259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073~096</w:t>
            </w:r>
          </w:p>
        </w:tc>
        <w:tc>
          <w:tcPr>
            <w:tcW w:type="dxa" w:w="576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E2E·a11y·chaos·DR·Core/Full</w:t>
            </w:r>
          </w:p>
        </w:tc>
      </w:tr>
    </w:tbl>
    <w:p/>
    <w:p>
      <w:pPr>
        <w:pStyle w:val="Heading2"/>
      </w:pPr>
      <w:r>
        <w:t>Gate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144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Gate</w:t>
            </w:r>
          </w:p>
        </w:tc>
        <w:tc>
          <w:tcPr>
            <w:tcW w:type="dxa" w:w="892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완료 조건</w:t>
            </w:r>
          </w:p>
        </w:tc>
        <w:trPr>
          <w:tblHeader/>
        </w:trPr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G0</w:t>
            </w:r>
          </w:p>
        </w:tc>
        <w:tc>
          <w:tcPr>
            <w:tcW w:type="dxa" w:w="89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도구체인·Architecture·UI Adapter v3·DbUp rehearsal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G1</w:t>
            </w:r>
          </w:p>
        </w:tc>
        <w:tc>
          <w:tcPr>
            <w:tcW w:type="dxa" w:w="89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Source/License·PIT·DQ·Calendar·Fee/Tax/FX</w:t>
            </w:r>
          </w:p>
        </w:tc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G3</w:t>
            </w:r>
          </w:p>
        </w:tc>
        <w:tc>
          <w:tcPr>
            <w:tcW w:type="dxa" w:w="89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Outbox/Inbox·Scheduler·Read Model·CRUD/승인 공개 E2E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G4</w:t>
            </w:r>
          </w:p>
        </w:tc>
        <w:tc>
          <w:tcPr>
            <w:tcW w:type="dxa" w:w="89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252일·복수 국면·Metric/Cohort·false-exit·reentry·PBO/DSR·독립검증</w:t>
            </w:r>
          </w:p>
        </w:tc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G5</w:t>
            </w:r>
          </w:p>
        </w:tc>
        <w:tc>
          <w:tcPr>
            <w:tcW w:type="dxa" w:w="892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Auth·보안·SLO·DR·kill-switch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G6</w:t>
            </w:r>
          </w:p>
        </w:tc>
        <w:tc>
          <w:tcPr>
            <w:tcW w:type="dxa" w:w="892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Release Evidence·운영/준법/투자위 승인</w:t>
            </w:r>
          </w:p>
        </w:tc>
      </w:tr>
    </w:tbl>
    <w:p/>
    <w:p>
      <w:pPr>
        <w:pStyle w:val="Heading2"/>
      </w:pPr>
      <w:r>
        <w:t>핵심 P0 기술부채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144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ID</w:t>
            </w:r>
          </w:p>
        </w:tc>
        <w:tc>
          <w:tcPr>
            <w:tcW w:type="dxa" w:w="748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부채</w:t>
            </w:r>
          </w:p>
        </w:tc>
        <w:tc>
          <w:tcPr>
            <w:tcW w:type="dxa" w:w="144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Gate</w:t>
            </w:r>
          </w:p>
        </w:tc>
        <w:trPr>
          <w:tblHeader/>
        </w:trPr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TD-101</w:t>
            </w:r>
          </w:p>
        </w:tc>
        <w:tc>
          <w:tcPr>
            <w:tcW w:type="dxa" w:w="748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UI Adapter v3 runtime typecheck 미검증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G0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TD-102</w:t>
            </w:r>
          </w:p>
        </w:tc>
        <w:tc>
          <w:tcPr>
            <w:tcW w:type="dxa" w:w="748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pnpm-lock.yaml 부재</w:t>
            </w:r>
          </w:p>
        </w:tc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G0</w:t>
            </w:r>
          </w:p>
        </w:tc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TD-103</w:t>
            </w:r>
          </w:p>
        </w:tc>
        <w:tc>
          <w:tcPr>
            <w:tcW w:type="dxa" w:w="748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.NET 10 실빌드 미검증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G0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TD-104</w:t>
            </w:r>
          </w:p>
        </w:tc>
        <w:tc>
          <w:tcPr>
            <w:tcW w:type="dxa" w:w="748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0020 Migration rehearsal 미실행</w:t>
            </w:r>
          </w:p>
        </w:tc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G0</w:t>
            </w:r>
          </w:p>
        </w:tc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TD-105</w:t>
            </w:r>
          </w:p>
        </w:tc>
        <w:tc>
          <w:tcPr>
            <w:tcW w:type="dxa" w:w="748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시장 Calendar/Timezone source 미확정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G1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TD-106</w:t>
            </w:r>
          </w:p>
        </w:tc>
        <w:tc>
          <w:tcPr>
            <w:tcW w:type="dxa" w:w="748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Scheduler enqueue/mark 원자성 제한</w:t>
            </w:r>
          </w:p>
        </w:tc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G3</w:t>
            </w:r>
          </w:p>
        </w:tc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TD-108</w:t>
            </w:r>
          </w:p>
        </w:tc>
        <w:tc>
          <w:tcPr>
            <w:tcW w:type="dxa" w:w="748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Metric/Cohort 승인 정의 미등록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G4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TD-109</w:t>
            </w:r>
          </w:p>
        </w:tc>
        <w:tc>
          <w:tcPr>
            <w:tcW w:type="dxa" w:w="748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J40 실제 Handler 미구현</w:t>
            </w:r>
          </w:p>
        </w:tc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G4</w:t>
            </w:r>
          </w:p>
        </w:tc>
      </w:tr>
    </w:tbl>
    <w:p/>
    <w:p>
      <w:r>
        <w:br w:type="page"/>
      </w:r>
    </w:p>
    <w:p>
      <w:pPr>
        <w:pStyle w:val="Heading1"/>
      </w:pPr>
      <w:r>
        <w:t>13. 20영업일 재착수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144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기간</w:t>
            </w:r>
          </w:p>
        </w:tc>
        <w:tc>
          <w:tcPr>
            <w:tcW w:type="dxa" w:w="6336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핵심 작업</w:t>
            </w:r>
          </w:p>
        </w:tc>
        <w:tc>
          <w:tcPr>
            <w:tcW w:type="dxa" w:w="3168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완료 증거</w:t>
            </w:r>
          </w:p>
        </w:tc>
        <w:trPr>
          <w:tblHeader/>
        </w:trPr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D1~D3</w:t>
            </w:r>
          </w:p>
        </w:tc>
        <w:tc>
          <w:tcPr>
            <w:tcW w:type="dxa" w:w="63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기준선·Decision·자동주문 OFF·ID Registry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Steering 승인·중복 ID 0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D4~D6</w:t>
            </w:r>
          </w:p>
        </w:tc>
        <w:tc>
          <w:tcPr>
            <w:tcW w:type="dxa" w:w="63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.NET/node/pnpm lock·Gitea CI·Adapter v3</w:t>
            </w:r>
          </w:p>
        </w:tc>
        <w:tc>
          <w:tcPr>
            <w:tcW w:type="dxa" w:w="316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reproducible bootstrap</w:t>
            </w:r>
          </w:p>
        </w:tc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D7~D10</w:t>
            </w:r>
          </w:p>
        </w:tc>
        <w:tc>
          <w:tcPr>
            <w:tcW w:type="dxa" w:w="63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DbUp 4시나리오·Auth·Outbox/Inbox·Scheduler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G0 통과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D11~D14</w:t>
            </w:r>
          </w:p>
        </w:tc>
        <w:tc>
          <w:tcPr>
            <w:tcW w:type="dxa" w:w="63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PIT·CA·DQ·Calendar·Window Planner</w:t>
            </w:r>
          </w:p>
        </w:tc>
        <w:tc>
          <w:tcPr>
            <w:tcW w:type="dxa" w:w="316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replay hash·lookahead 0</w:t>
            </w:r>
          </w:p>
        </w:tc>
      </w:tr>
      <w:tr>
        <w:tc>
          <w:tcPr>
            <w:tcW w:type="dxa" w:w="144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D15~D17</w:t>
            </w:r>
          </w:p>
        </w:tc>
        <w:tc>
          <w:tcPr>
            <w:tcW w:type="dxa" w:w="633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Sell/Reentry·Metric/Cohort·Feedback Golden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G2-A/G4 contract</w:t>
            </w:r>
          </w:p>
        </w:tc>
      </w:tr>
      <w:tr>
        <w:tc>
          <w:tcPr>
            <w:tcW w:type="dxa" w:w="144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D18~D20</w:t>
            </w:r>
          </w:p>
        </w:tc>
        <w:tc>
          <w:tcPr>
            <w:tcW w:type="dxa" w:w="633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T01/T05/T08/T10 E2E·OTel·Release Evidence</w:t>
            </w:r>
          </w:p>
        </w:tc>
        <w:tc>
          <w:tcPr>
            <w:tcW w:type="dxa" w:w="3168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첫 운영형 E2E Slice Done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FFF2CC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착수 원칙</w:t>
              <w:br/>
            </w:r>
            <w:r>
              <w:rPr>
                <w:rFonts w:ascii="NanumSquare" w:hAnsi="NanumSquare" w:eastAsia="NanumSquare"/>
                <w:sz w:val="18"/>
              </w:rPr>
              <w:t>RG/Ready Gate를 통과하지 않은 Slice는 코딩하지 않는다. 미확정 값은 DECISION_REQUIRED로 차단하며 AI나 개발자가 기본값으로 추정하지 않는다.</w:t>
            </w:r>
          </w:p>
        </w:tc>
        <w:trPr>
          <w:tblHeader/>
        </w:trPr>
      </w:tr>
    </w:tbl>
    <w:p/>
    <w:p>
      <w:r>
        <w:br w:type="page"/>
      </w:r>
    </w:p>
    <w:p>
      <w:pPr>
        <w:pStyle w:val="Heading1"/>
      </w:pPr>
      <w:r>
        <w:t>14. 검증 진실성·패키지 정책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672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검증</w:t>
            </w:r>
          </w:p>
        </w:tc>
        <w:tc>
          <w:tcPr>
            <w:tcW w:type="dxa" w:w="3312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현재 상태</w:t>
            </w:r>
          </w:p>
        </w:tc>
        <w:tc>
          <w:tcPr>
            <w:tcW w:type="dxa" w:w="3024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5"/>
              </w:rPr>
              <w:t>판정</w:t>
            </w:r>
          </w:p>
        </w:tc>
        <w:trPr>
          <w:tblHeader/>
        </w:trPr>
      </w:tr>
      <w:tr>
        <w:tc>
          <w:tcPr>
            <w:tcW w:type="dxa" w:w="367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v15 정적 JSON/CSV/source/UI boundary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PASS</w:t>
            </w:r>
          </w:p>
        </w:tc>
        <w:tc>
          <w:tcPr>
            <w:tcW w:type="dxa" w:w="30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실행 완료</w:t>
            </w:r>
          </w:p>
        </w:tc>
      </w:tr>
      <w:tr>
        <w:tc>
          <w:tcPr>
            <w:tcW w:type="dxa" w:w="367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Python algorithm Golden</w:t>
            </w:r>
          </w:p>
        </w:tc>
        <w:tc>
          <w:tcPr>
            <w:tcW w:type="dxa" w:w="331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4 PASS</w:t>
            </w:r>
          </w:p>
        </w:tc>
        <w:tc>
          <w:tcPr>
            <w:tcW w:type="dxa" w:w="30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실행 완료</w:t>
            </w:r>
          </w:p>
        </w:tc>
      </w:tr>
      <w:tr>
        <w:tc>
          <w:tcPr>
            <w:tcW w:type="dxa" w:w="367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Python scaffold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3 PASS</w:t>
            </w:r>
          </w:p>
        </w:tc>
        <w:tc>
          <w:tcPr>
            <w:tcW w:type="dxa" w:w="30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실행 완료</w:t>
            </w:r>
          </w:p>
        </w:tc>
      </w:tr>
      <w:tr>
        <w:tc>
          <w:tcPr>
            <w:tcW w:type="dxa" w:w="367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DOCX render/시각/a11y</w:t>
            </w:r>
          </w:p>
        </w:tc>
        <w:tc>
          <w:tcPr>
            <w:tcW w:type="dxa" w:w="331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이 문서 생성 후 수행</w:t>
            </w:r>
          </w:p>
        </w:tc>
        <w:tc>
          <w:tcPr>
            <w:tcW w:type="dxa" w:w="30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필수</w:t>
            </w:r>
          </w:p>
        </w:tc>
      </w:tr>
      <w:tr>
        <w:tc>
          <w:tcPr>
            <w:tcW w:type="dxa" w:w="367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.NET restore/build/test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미실행: SDK 없음</w:t>
            </w:r>
          </w:p>
        </w:tc>
        <w:tc>
          <w:tcPr>
            <w:tcW w:type="dxa" w:w="30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PASS 주장 금지</w:t>
            </w:r>
          </w:p>
        </w:tc>
      </w:tr>
      <w:tr>
        <w:tc>
          <w:tcPr>
            <w:tcW w:type="dxa" w:w="367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pnpm frozen/typecheck/Vitest/build</w:t>
            </w:r>
          </w:p>
        </w:tc>
        <w:tc>
          <w:tcPr>
            <w:tcW w:type="dxa" w:w="331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미실행: lock/network 없음</w:t>
            </w:r>
          </w:p>
        </w:tc>
        <w:tc>
          <w:tcPr>
            <w:tcW w:type="dxa" w:w="30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PASS 주장 금지</w:t>
            </w:r>
          </w:p>
        </w:tc>
      </w:tr>
      <w:tr>
        <w:tc>
          <w:tcPr>
            <w:tcW w:type="dxa" w:w="367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PostgreSQL DbUp 4시나리오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미실행: DB runtime 없음</w:t>
            </w:r>
          </w:p>
        </w:tc>
        <w:tc>
          <w:tcPr>
            <w:tcW w:type="dxa" w:w="30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PASS 주장 금지</w:t>
            </w:r>
          </w:p>
        </w:tc>
      </w:tr>
      <w:tr>
        <w:tc>
          <w:tcPr>
            <w:tcW w:type="dxa" w:w="367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Playwright</w:t>
            </w:r>
          </w:p>
        </w:tc>
        <w:tc>
          <w:tcPr>
            <w:tcW w:type="dxa" w:w="331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미실행</w:t>
            </w:r>
          </w:p>
        </w:tc>
        <w:tc>
          <w:tcPr>
            <w:tcW w:type="dxa" w:w="3024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PASS 주장 금지</w:t>
            </w:r>
          </w:p>
        </w:tc>
      </w:tr>
      <w:tr>
        <w:tc>
          <w:tcPr>
            <w:tcW w:type="dxa" w:w="367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252-session Shadow/PBO/DSR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미충족</w:t>
            </w:r>
          </w:p>
        </w:tc>
        <w:tc>
          <w:tcPr>
            <w:tcW w:type="dxa" w:w="3024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5"/>
              </w:rPr>
              <w:t>생산 승격 금지</w:t>
            </w:r>
          </w:p>
        </w:tc>
      </w:tr>
    </w:tbl>
    <w:p/>
    <w:p>
      <w:pPr>
        <w:pStyle w:val="Heading2"/>
      </w:pPr>
      <w:r>
        <w:t>ZIP 분리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2880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패키지</w:t>
            </w:r>
          </w:p>
        </w:tc>
        <w:tc>
          <w:tcPr>
            <w:tcW w:type="dxa" w:w="5616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포함</w:t>
            </w:r>
          </w:p>
        </w:tc>
        <w:tc>
          <w:tcPr>
            <w:tcW w:type="dxa" w:w="1872"/>
            <w:shd w:fill="17365D"/>
            <w:vAlign w:val="center"/>
          </w:tcPr>
          <w:p>
            <w:r/>
            <w:r>
              <w:rPr>
                <w:rFonts w:ascii="NanumSquare" w:hAnsi="NanumSquare" w:eastAsia="NanumSquare"/>
                <w:b/>
                <w:color w:val="FFFFFF"/>
                <w:sz w:val="16"/>
              </w:rPr>
              <w:t>목적</w:t>
            </w:r>
          </w:p>
        </w:tc>
        <w:trPr>
          <w:tblHeader/>
        </w:trPr>
      </w:tr>
      <w:tr>
        <w:tc>
          <w:tcPr>
            <w:tcW w:type="dxa" w:w="2880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Core_NoLegacy</w:t>
            </w:r>
          </w:p>
        </w:tc>
        <w:tc>
          <w:tcPr>
            <w:tcW w:type="dxa" w:w="5616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v15 소스·문서·현재 DOCX 기준선; 과거 ZIP 제외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개발/CI/다운로드 최소화</w:t>
            </w:r>
          </w:p>
        </w:tc>
      </w:tr>
      <w:tr>
        <w:tc>
          <w:tcPr>
            <w:tcW w:type="dxa" w:w="2880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Full_With_Attachments</w:t>
            </w:r>
          </w:p>
        </w:tc>
        <w:tc>
          <w:tcPr>
            <w:tcW w:type="dxa" w:w="5616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Core + v14 Core 원본 ZIP 1회</w:t>
            </w:r>
          </w:p>
        </w:tc>
        <w:tc>
          <w:tcPr>
            <w:tcW w:type="dxa" w:w="1872"/>
            <w:vAlign w:val="center"/>
            <w:shd w:fill="F3F6F9"/>
          </w:tcPr>
          <w:p>
            <w:r/>
            <w:r>
              <w:rPr>
                <w:rFonts w:ascii="NanumSquare" w:hAnsi="NanumSquare" w:eastAsia="NanumSquare"/>
                <w:b w:val="0"/>
                <w:sz w:val="16"/>
              </w:rPr>
              <w:t>원본 첨부 보존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DDEBF7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재귀 ZIP 방지</w:t>
              <w:br/>
            </w:r>
            <w:r>
              <w:rPr>
                <w:rFonts w:ascii="NanumSquare" w:hAnsi="NanumSquare" w:eastAsia="NanumSquare"/>
                <w:sz w:val="18"/>
              </w:rPr>
              <w:t>생성된 ZIP은 입력 tree에 다시 넣지 않는다. Full은 source archive를 1회 포함하고 Core는 제외한다. 모든 원본은 SHA-256으로 대사한다.</w:t>
            </w:r>
          </w:p>
        </w:tc>
        <w:trPr>
          <w:tblHeader/>
        </w:trPr>
      </w:tr>
    </w:tbl>
    <w:p/>
    <w:p>
      <w:r>
        <w:br w:type="page"/>
      </w:r>
    </w:p>
    <w:p>
      <w:pPr>
        <w:pStyle w:val="Heading1"/>
      </w:pPr>
      <w:r>
        <w:t>부록. 최종 체크리스트</w:t>
      </w:r>
    </w:p>
    <w:p>
      <w:r>
        <w:t>□ v10.0·v12.1·v14.0 유효 기준이 Coverage Matrix에 보존되었다.</w:t>
      </w:r>
    </w:p>
    <w:p>
      <w:r>
        <w:t>□ 자동주문/KIS 제출/자동 모델승격 Capability가 OFF다.</w:t>
      </w:r>
    </w:p>
    <w:p>
      <w:r>
        <w:t>□ Feature의 PrimeVue/AG Grid 직접 import가 0이다.</w:t>
      </w:r>
    </w:p>
    <w:p>
      <w:r>
        <w:t>□ UI Adapter v3 14 capability와 두 provider가 존재한다.</w:t>
      </w:r>
    </w:p>
    <w:p>
      <w:r>
        <w:t>□ CRUD URL/query/form/concurrency/idempotency 계약이 있다.</w:t>
      </w:r>
    </w:p>
    <w:p>
      <w:r>
        <w:t>□ T01~T10과 13개 공통 화면 상태가 유지된다.</w:t>
      </w:r>
    </w:p>
    <w:p>
      <w:r>
        <w:t>□ As-of/VersionSet/ProjectionVersion/Watermark/Correlation을 숨기지 않는다.</w:t>
      </w:r>
    </w:p>
    <w:p>
      <w:r>
        <w:t>□ Hard impairment와 survival은 하위 점수로 상쇄되지 않는다.</w:t>
      </w:r>
    </w:p>
    <w:p>
      <w:r>
        <w:t>□ Reentry는 새 Cycle/Lot·10세션 간격·126세션 만료·중복방지를 보존한다.</w:t>
      </w:r>
    </w:p>
    <w:p>
      <w:r>
        <w:t>□ Scheduler next due는 scheduledFor anchor에서 계산한다.</w:t>
      </w:r>
    </w:p>
    <w:p>
      <w:r>
        <w:t>□ BusinessHold와 기술 실패를 분리하고 blind retry하지 않는다.</w:t>
      </w:r>
    </w:p>
    <w:p>
      <w:r>
        <w:t>□ 평가창은 Calendar day가 아닌 1/5/20/63/126/252 거래세션이다.</w:t>
      </w:r>
    </w:p>
    <w:p>
      <w:r>
        <w:t>□ Metric/Cohort 정의와 Feedback transition은 version/hash 이력을 가진다.</w:t>
      </w:r>
    </w:p>
    <w:p>
      <w:r>
        <w:t>□ J39/J40은 기본 disabled이며 자동 모델 mutation이 없다.</w:t>
      </w:r>
    </w:p>
    <w:p>
      <w:r>
        <w:t>□ 0020 Migration fresh/upgrade/re-run/failure rehearsal이 필요하다.</w:t>
      </w:r>
    </w:p>
    <w:p>
      <w:r>
        <w:t>□ .NET/pnpm/PostgreSQL/Playwright 미수행을 PASS로 쓰지 않는다.</w:t>
      </w:r>
    </w:p>
    <w:p>
      <w:r>
        <w:t>□ 252일 Shadow·복수 국면·독립검증 전 투자일임형을 검토하지 않는다.</w:t>
      </w:r>
    </w:p>
    <w:p>
      <w:r>
        <w:t>□ Core/Full 분리로 과거 ZIP 재귀 포함을 방지한다.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E2F0D9"/>
          </w:tcPr>
          <w:p>
            <w:r/>
            <w:r>
              <w:rPr>
                <w:rFonts w:ascii="NanumSquare" w:hAnsi="NanumSquare" w:eastAsia="NanumSquare"/>
                <w:b/>
                <w:sz w:val="20"/>
              </w:rPr>
              <w:t>최종 Go 정의</w:t>
              <w:br/>
            </w:r>
            <w:r>
              <w:rPr>
                <w:rFonts w:ascii="NanumSquare" w:hAnsi="NanumSquare" w:eastAsia="NanumSquare"/>
                <w:sz w:val="18"/>
              </w:rPr>
              <w:t>코드가 존재하는 상태가 아니라 Source→Requirement→Policy/Data→API/DB/Job/UI→Test→PR→Release Evidence가 연결되고 운영·준법 Gate가 통과된 상태다.</w:t>
            </w:r>
          </w:p>
        </w:tc>
        <w:trPr>
          <w:tblHeader/>
        </w:trPr>
      </w:tr>
    </w:tbl>
    <w:p/>
    <w:sectPr>
      <w:headerReference w:type="default" r:id="rId9"/>
      <w:footerReference w:type="default" r:id="rId10"/>
      <w:pgSz w:w="12240" w:h="15840"/>
      <w:pgMar w:top="893" w:right="893" w:bottom="893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anumSquare" w:hAnsi="NanumSquare" w:eastAsia="NanumSquare"/>
        <w:sz w:val="14"/>
      </w:rPr>
      <w:t>RESEARCH_CANDIDATE_NOT_PRODUCTION · 투자자문형 우선 · 자동주문/KIS 제출·자동 모델승격 OFF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anumSquare" w:hAnsi="NanumSquare" w:eastAsia="NanumSquare"/>
        <w:sz w:val="16"/>
      </w:rPr>
      <w:t>K-ArtSell Aegis | v15.0 실행완결성·표준 UI·지속 모델 운영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Square" w:hAnsi="NanumSquare" w:eastAsia="NanumSquar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anumSquare" w:hAnsi="NanumSquare" w:eastAsia="NanumSquare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anumSquare" w:hAnsi="NanumSquare" w:eastAsia="NanumSquare"/>
      <w:b/>
      <w:bCs/>
      <w:color w:val="1F4E7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anumSquare" w:hAnsi="NanumSquare" w:eastAsia="NanumSquare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anumSquare" w:hAnsi="NanumSquare" w:eastAsia="NanumSquare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anumSquare" w:hAnsi="NanumSquare" w:eastAsia="NanumSquare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K-ArtSell Aegis v15.0 실행완결성·표준 UI·지속 모델 운영 통합 고도화 제안서</dc:title>
  <dc:subject>Source-grounded implementation hardening proposal</dc:subject>
  <dc:creator/>
  <cp:keywords>K-ArtSell,Aegis,.NET 10,Vue 3,PIT,UI Adapter,CRUD,Hangfire,Model Evaluation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